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5514E" w14:textId="77777777" w:rsidR="008D5001" w:rsidRDefault="00C77C07">
      <w:pPr>
        <w:spacing w:after="0"/>
        <w:jc w:val="center"/>
      </w:pPr>
      <w:r>
        <w:rPr>
          <w:b/>
        </w:rPr>
        <w:t>WOODLAND HILLS CITY COUNCIL</w:t>
      </w:r>
    </w:p>
    <w:p w14:paraId="65ED09AE" w14:textId="77777777" w:rsidR="008D5001" w:rsidRDefault="00C77C07">
      <w:pPr>
        <w:spacing w:after="0"/>
        <w:jc w:val="center"/>
      </w:pPr>
      <w:r>
        <w:rPr>
          <w:b/>
        </w:rPr>
        <w:t>WORK SESSION AND CITY COUNCIL MEETING MINUTES</w:t>
      </w:r>
    </w:p>
    <w:p w14:paraId="51994B13" w14:textId="77777777" w:rsidR="008D5001" w:rsidRDefault="00C77C07">
      <w:pPr>
        <w:spacing w:after="0"/>
        <w:jc w:val="center"/>
      </w:pPr>
      <w:r>
        <w:rPr>
          <w:b/>
        </w:rPr>
        <w:t>Tuesday, September 8, 2026</w:t>
      </w:r>
    </w:p>
    <w:p w14:paraId="00E20334" w14:textId="77777777" w:rsidR="008D5001" w:rsidRDefault="00C77C07">
      <w:pPr>
        <w:spacing w:after="120"/>
        <w:jc w:val="center"/>
      </w:pPr>
      <w:r>
        <w:t>Woodland Hills City Center, 690 South Woodland Hills Drive, Woodland Hills, Utah</w:t>
      </w:r>
    </w:p>
    <w:p w14:paraId="79A1998F" w14:textId="77777777" w:rsidR="008D5001" w:rsidRDefault="00C77C07">
      <w:pPr>
        <w:spacing w:after="40"/>
      </w:pPr>
      <w:r>
        <w:t>The Woodland Hills City Council held a Work Session followed by a regular City Council Meeting on Tuesday, September 8, 2026, at the Woodland Hills City Center. Electronic participation was available.</w:t>
      </w:r>
    </w:p>
    <w:p w14:paraId="478D0194" w14:textId="77777777" w:rsidR="008D5001" w:rsidRDefault="00C77C07">
      <w:pPr>
        <w:keepNext/>
        <w:spacing w:before="120" w:after="60"/>
      </w:pPr>
      <w:r>
        <w:rPr>
          <w:b/>
          <w:u w:val="single"/>
        </w:rPr>
        <w:t>WORK SESSION</w:t>
      </w:r>
    </w:p>
    <w:p w14:paraId="07826F19" w14:textId="77777777" w:rsidR="008D5001" w:rsidRDefault="00C77C07">
      <w:pPr>
        <w:spacing w:after="40"/>
      </w:pPr>
      <w:r>
        <w:t>Mayor Hillyard opened the Work Session at 6:00 p.m.</w:t>
      </w:r>
    </w:p>
    <w:p w14:paraId="1DD21894" w14:textId="77777777" w:rsidR="00DD72B7" w:rsidRDefault="00DD72B7">
      <w:pPr>
        <w:spacing w:after="40"/>
      </w:pPr>
    </w:p>
    <w:p w14:paraId="31ECCDE0" w14:textId="77777777" w:rsidR="008D5001" w:rsidRDefault="00C77C07">
      <w:pPr>
        <w:spacing w:after="40"/>
      </w:pPr>
      <w:r w:rsidRPr="00E87C6A">
        <w:rPr>
          <w:b/>
          <w:bCs/>
        </w:rPr>
        <w:t>Present</w:t>
      </w:r>
      <w:r>
        <w:t>: Mayor Benjamin Hillyard; Council Members Hutchings, Lunt, and Malkovich.</w:t>
      </w:r>
    </w:p>
    <w:p w14:paraId="1C4CBC4A" w14:textId="77777777" w:rsidR="00DD72B7" w:rsidRDefault="00DD72B7">
      <w:pPr>
        <w:spacing w:after="40"/>
      </w:pPr>
    </w:p>
    <w:p w14:paraId="64A2E244" w14:textId="77777777" w:rsidR="008D5001" w:rsidRDefault="00C77C07">
      <w:pPr>
        <w:spacing w:after="40"/>
      </w:pPr>
      <w:r w:rsidRPr="00E87C6A">
        <w:rPr>
          <w:b/>
          <w:bCs/>
        </w:rPr>
        <w:t>Remote Participation</w:t>
      </w:r>
      <w:r>
        <w:t>: Council Member Johns. Council Member Roden joined the meeting during Mr. Haderlie's presentation.</w:t>
      </w:r>
    </w:p>
    <w:p w14:paraId="30021111" w14:textId="77777777" w:rsidR="00DD72B7" w:rsidRDefault="00DD72B7">
      <w:pPr>
        <w:spacing w:after="40"/>
      </w:pPr>
    </w:p>
    <w:p w14:paraId="57CF2703" w14:textId="2466DCF3" w:rsidR="008D5001" w:rsidRDefault="00C77C07">
      <w:pPr>
        <w:spacing w:after="40"/>
      </w:pPr>
      <w:r w:rsidRPr="00E87C6A">
        <w:rPr>
          <w:b/>
          <w:bCs/>
        </w:rPr>
        <w:t>Staff Present</w:t>
      </w:r>
      <w:r>
        <w:t xml:space="preserve">: Community Development Director / Public Works Director / Fire Chief Ted Mickelsen; Planning Commission Chair / Code Enforcement Officer Wayne Frandsen; </w:t>
      </w:r>
      <w:r w:rsidR="00DD72B7">
        <w:t>City Treasurer Lori Thomas; City Financial Comptroller Sharlene Wilde and</w:t>
      </w:r>
      <w:r>
        <w:t xml:space="preserve"> City Recorder Jody Stones.</w:t>
      </w:r>
    </w:p>
    <w:p w14:paraId="4EDB292E" w14:textId="77777777" w:rsidR="00DD72B7" w:rsidRDefault="00DD72B7">
      <w:pPr>
        <w:spacing w:after="40"/>
      </w:pPr>
    </w:p>
    <w:p w14:paraId="411895E7" w14:textId="77777777" w:rsidR="008D5001" w:rsidRDefault="00C77C07">
      <w:pPr>
        <w:spacing w:after="40"/>
      </w:pPr>
      <w:r w:rsidRPr="00E87C6A">
        <w:rPr>
          <w:b/>
          <w:bCs/>
        </w:rPr>
        <w:t>Others Present</w:t>
      </w:r>
      <w:r>
        <w:t>: Jon Haderlie and Jena Sonntag.</w:t>
      </w:r>
    </w:p>
    <w:p w14:paraId="4C5CA8F6" w14:textId="77777777" w:rsidR="00DD72B7" w:rsidRDefault="00DD72B7">
      <w:pPr>
        <w:spacing w:after="40"/>
      </w:pPr>
    </w:p>
    <w:p w14:paraId="673B8366" w14:textId="77777777" w:rsidR="008D5001" w:rsidRDefault="00C77C07">
      <w:pPr>
        <w:keepNext/>
        <w:spacing w:before="60" w:after="40"/>
      </w:pPr>
      <w:r>
        <w:rPr>
          <w:b/>
        </w:rPr>
        <w:t>1. Review of Internal Controls and Fraud Risk Assessment with Independent Auditing Firm - Jon Haderlie, Larsen and Company</w:t>
      </w:r>
    </w:p>
    <w:p w14:paraId="06F5425C" w14:textId="77777777" w:rsidR="009C667E" w:rsidRDefault="009C667E" w:rsidP="009C667E">
      <w:pPr>
        <w:spacing w:after="40"/>
      </w:pPr>
      <w:r w:rsidRPr="009C667E">
        <w:t>Jon Haderlie, CPA and audit partner with Larsen and Company, presented a slideshow to the City Council regarding internal controls, fraud risk, and the importance of establishing effective financial procedures within a municipal organization. Mr. Haderlie explained that internal controls are intended to help protect an organization from fraud, improve security and operational efficiency, and promote the accuracy and timeliness of financial information. He emphasized that effective communication among staff, elected officials, and those performing financial functions is itself an important component of a strong internal-control environment.</w:t>
      </w:r>
    </w:p>
    <w:p w14:paraId="235D313E" w14:textId="77777777" w:rsidR="009C667E" w:rsidRPr="009C667E" w:rsidRDefault="009C667E" w:rsidP="009C667E">
      <w:pPr>
        <w:spacing w:after="40"/>
      </w:pPr>
    </w:p>
    <w:p w14:paraId="09FF87D6" w14:textId="6C22929B" w:rsidR="009C667E" w:rsidRDefault="009C667E" w:rsidP="009C667E">
      <w:pPr>
        <w:spacing w:after="40"/>
      </w:pPr>
      <w:r w:rsidRPr="009C667E">
        <w:t xml:space="preserve">Mr. Haderlie reviewed fraud statistics and discussed several common types of fraud schemes, including asset misappropriation, financial-statement fraud, and corruption. His presentation </w:t>
      </w:r>
      <w:r>
        <w:t xml:space="preserve">covered the financial impact of fraud on organizations and how often internal-control weaknesses </w:t>
      </w:r>
      <w:r w:rsidRPr="009C667E">
        <w:t xml:space="preserve">contribute to fraud. He noted that internal-control weaknesses </w:t>
      </w:r>
      <w:r>
        <w:t>contributed to</w:t>
      </w:r>
      <w:r w:rsidRPr="009C667E">
        <w:t xml:space="preserve"> a significant percentage of reported fraud cases. The slideshow also </w:t>
      </w:r>
      <w:r>
        <w:t>covered common fraud detection methods</w:t>
      </w:r>
      <w:r w:rsidRPr="009C667E">
        <w:t xml:space="preserve"> and the importance of having appropriate procedures and oversight in place before a problem occurs.</w:t>
      </w:r>
    </w:p>
    <w:p w14:paraId="5B1E56BC" w14:textId="77777777" w:rsidR="009C667E" w:rsidRPr="009C667E" w:rsidRDefault="009C667E" w:rsidP="009C667E">
      <w:pPr>
        <w:spacing w:after="40"/>
      </w:pPr>
    </w:p>
    <w:p w14:paraId="2B0ACA00" w14:textId="307A81BE" w:rsidR="009C667E" w:rsidRDefault="009C667E" w:rsidP="009C667E">
      <w:pPr>
        <w:spacing w:after="40"/>
      </w:pPr>
      <w:r w:rsidRPr="009C667E">
        <w:t xml:space="preserve">Mr. Haderlie discussed the practical challenges organizations may encounter when implementing internal controls, particularly when staffing is limited or when responsibilities are concentrated among a small number of individuals. The discussion focused on the importance of separating financial responsibilities where reasonably possible, providing appropriate review and oversight, and maintaining clear communication among those involved in the City’s financial processes. He encouraged the </w:t>
      </w:r>
      <w:proofErr w:type="gramStart"/>
      <w:r>
        <w:t>City</w:t>
      </w:r>
      <w:proofErr w:type="gramEnd"/>
      <w:r>
        <w:t xml:space="preserve"> to evaluate its existing procedures, emphasizing the protection of City assets while maintaining</w:t>
      </w:r>
      <w:r w:rsidRPr="009C667E">
        <w:t xml:space="preserve"> workable processes.</w:t>
      </w:r>
    </w:p>
    <w:p w14:paraId="1095AD6C" w14:textId="77777777" w:rsidR="009C667E" w:rsidRPr="009C667E" w:rsidRDefault="009C667E" w:rsidP="009C667E">
      <w:pPr>
        <w:spacing w:after="40"/>
      </w:pPr>
    </w:p>
    <w:p w14:paraId="57F430C0" w14:textId="7F892C37" w:rsidR="009C667E" w:rsidRPr="009C667E" w:rsidRDefault="009C667E" w:rsidP="009C667E">
      <w:pPr>
        <w:spacing w:after="40"/>
      </w:pPr>
      <w:r>
        <w:rPr>
          <w:b/>
          <w:bCs/>
        </w:rPr>
        <w:lastRenderedPageBreak/>
        <w:t xml:space="preserve">* For the record, portions of Mr. Haderlie’s presentation were affected by intermittent internet connectivity. The connection cut in and out at various times, temporarily affecting the remote audio/video connection and the display of the presentation. </w:t>
      </w:r>
    </w:p>
    <w:p w14:paraId="514A5D25" w14:textId="77777777" w:rsidR="00DD72B7" w:rsidRDefault="00DD72B7">
      <w:pPr>
        <w:spacing w:after="40"/>
      </w:pPr>
    </w:p>
    <w:p w14:paraId="61C0D45A" w14:textId="77777777" w:rsidR="008D5001" w:rsidRDefault="00C77C07">
      <w:pPr>
        <w:keepNext/>
        <w:spacing w:before="60" w:after="40"/>
      </w:pPr>
      <w:r>
        <w:rPr>
          <w:b/>
        </w:rPr>
        <w:t>2. Application for a Change in Zoning for Jena Sonntag, 125 E Mountain Vale, from R1-2 to R1-1</w:t>
      </w:r>
    </w:p>
    <w:p w14:paraId="3D9F7D9A" w14:textId="51E4E5FF" w:rsidR="008D5001" w:rsidRDefault="00C77C07">
      <w:pPr>
        <w:spacing w:after="40"/>
      </w:pPr>
      <w:r>
        <w:t xml:space="preserve">Jena Sonntag presented the requested zoning change. The Mayor and Council discussed the request and asked questions </w:t>
      </w:r>
      <w:r w:rsidR="00DD72B7">
        <w:t>about the proposed zoning change</w:t>
      </w:r>
      <w:r>
        <w:t>. Council Member Hutchings commented on the application</w:t>
      </w:r>
      <w:r>
        <w:t xml:space="preserve"> and </w:t>
      </w:r>
      <w:r w:rsidR="00DD72B7">
        <w:t xml:space="preserve">noted that the requested zone change seemed to be consistent with the zoning of other parcels of land in the vicinity. </w:t>
      </w:r>
    </w:p>
    <w:p w14:paraId="150ACC36" w14:textId="77777777" w:rsidR="00DD72B7" w:rsidRDefault="00DD72B7">
      <w:pPr>
        <w:spacing w:after="40"/>
      </w:pPr>
    </w:p>
    <w:p w14:paraId="2AA24EEB" w14:textId="77777777" w:rsidR="008D5001" w:rsidRDefault="00C77C07">
      <w:pPr>
        <w:keepNext/>
        <w:spacing w:before="60" w:after="40"/>
      </w:pPr>
      <w:r>
        <w:rPr>
          <w:b/>
        </w:rPr>
        <w:t>3. Proposed Resolution Changing the Council Liaison to the Parks, Trails, and Recreation Committee</w:t>
      </w:r>
    </w:p>
    <w:p w14:paraId="2FBA5C46" w14:textId="77777777" w:rsidR="008D5001" w:rsidRDefault="00C77C07">
      <w:pPr>
        <w:spacing w:after="40"/>
      </w:pPr>
      <w:r>
        <w:t>The Council discussed the proposed change to the Council liaison assignment for the Parks, Trails, and Recreation Committee. No formal action was taken during the Work Session.</w:t>
      </w:r>
    </w:p>
    <w:p w14:paraId="3B5D43CE" w14:textId="77777777" w:rsidR="00DD72B7" w:rsidRDefault="00DD72B7">
      <w:pPr>
        <w:spacing w:after="40"/>
      </w:pPr>
    </w:p>
    <w:p w14:paraId="1B72A72C" w14:textId="77777777" w:rsidR="008D5001" w:rsidRDefault="00C77C07">
      <w:pPr>
        <w:keepNext/>
        <w:spacing w:before="60" w:after="40"/>
      </w:pPr>
      <w:r>
        <w:rPr>
          <w:b/>
        </w:rPr>
        <w:t>4. Discussion on Plans for the Pickleball Court and Fundraising Efforts</w:t>
      </w:r>
    </w:p>
    <w:p w14:paraId="1884103D" w14:textId="6C5DCE6D" w:rsidR="008D5001" w:rsidRDefault="00C77C07">
      <w:pPr>
        <w:spacing w:after="40"/>
      </w:pPr>
      <w:r>
        <w:t xml:space="preserve">Council Member Johns provided an update regarding plans for the pickleball court and </w:t>
      </w:r>
      <w:r w:rsidR="00DD72B7">
        <w:t xml:space="preserve">a proposal for </w:t>
      </w:r>
      <w:r>
        <w:t>fundraising efforts.</w:t>
      </w:r>
    </w:p>
    <w:p w14:paraId="268F8B4C" w14:textId="77777777" w:rsidR="00DD72B7" w:rsidRDefault="00DD72B7">
      <w:pPr>
        <w:spacing w:after="40"/>
      </w:pPr>
    </w:p>
    <w:p w14:paraId="7B1EB4F7" w14:textId="77777777" w:rsidR="00DD72B7" w:rsidRDefault="00DD72B7">
      <w:pPr>
        <w:spacing w:after="40"/>
      </w:pPr>
    </w:p>
    <w:p w14:paraId="1D6FB20E" w14:textId="77777777" w:rsidR="008D5001" w:rsidRDefault="00C77C07">
      <w:pPr>
        <w:keepNext/>
        <w:spacing w:before="60" w:after="40"/>
      </w:pPr>
      <w:r>
        <w:rPr>
          <w:b/>
        </w:rPr>
        <w:t>5. Grant Reports</w:t>
      </w:r>
    </w:p>
    <w:p w14:paraId="56903BD7" w14:textId="77777777" w:rsidR="00DD72B7" w:rsidRDefault="00DD72B7">
      <w:pPr>
        <w:spacing w:after="40"/>
      </w:pPr>
    </w:p>
    <w:p w14:paraId="610E77E9" w14:textId="60605BF3" w:rsidR="008D5001" w:rsidRDefault="00DD72B7">
      <w:pPr>
        <w:spacing w:after="40"/>
      </w:pPr>
      <w:r>
        <w:t>Community Development Director Ted Mickelsen updated the council on several projects and grant funding initiatives. He reported that the pickleball court, a portion of which will be paid for through a grant the city was awarded, is approximately 90 percent designed and is expected to go out to bid around November 1st. Mr. Mickelsen also discussed upcoming deadlines</w:t>
      </w:r>
      <w:r w:rsidR="00B22BB2">
        <w:t xml:space="preserve"> for two additional grants</w:t>
      </w:r>
      <w:r>
        <w:t xml:space="preserve">, including a September 20 deadline for a potential EMS grant. Additionally, he covered NRCS-related </w:t>
      </w:r>
      <w:r w:rsidR="00B22BB2">
        <w:t xml:space="preserve">grant </w:t>
      </w:r>
      <w:r>
        <w:t xml:space="preserve">funding efforts and progress on finalizing the mitigation basin; this basin will be located on the property currently housing our </w:t>
      </w:r>
      <w:r w:rsidR="00B22BB2">
        <w:t xml:space="preserve">Broadhollow </w:t>
      </w:r>
      <w:r>
        <w:t xml:space="preserve">well. He also mentioned FEMA funding efforts associated with the Broadhollow mitigation project. The initial engineering phase of the grant has been completed and submitted. </w:t>
      </w:r>
    </w:p>
    <w:p w14:paraId="0138A850" w14:textId="77777777" w:rsidR="00B22BB2" w:rsidRDefault="00B22BB2">
      <w:pPr>
        <w:spacing w:after="40"/>
      </w:pPr>
    </w:p>
    <w:p w14:paraId="031B01A9" w14:textId="77777777" w:rsidR="008D5001" w:rsidRDefault="00C77C07">
      <w:pPr>
        <w:keepNext/>
        <w:spacing w:before="60" w:after="40"/>
      </w:pPr>
      <w:r>
        <w:rPr>
          <w:b/>
        </w:rPr>
        <w:t>6. Department Reports</w:t>
      </w:r>
    </w:p>
    <w:p w14:paraId="3E1B65F8" w14:textId="77777777" w:rsidR="008D5001" w:rsidRDefault="00C77C07">
      <w:pPr>
        <w:keepNext/>
        <w:spacing w:after="40"/>
        <w:ind w:left="288"/>
      </w:pPr>
      <w:r>
        <w:rPr>
          <w:b/>
        </w:rPr>
        <w:t>a. Community Development / Public Works / Fire Department - Ted Mickelsen</w:t>
      </w:r>
    </w:p>
    <w:p w14:paraId="3C23B011" w14:textId="73899BFD" w:rsidR="008D5001" w:rsidRDefault="00B22BB2">
      <w:pPr>
        <w:spacing w:after="60"/>
        <w:ind w:left="576"/>
      </w:pPr>
      <w:r>
        <w:t xml:space="preserve">Mr. Mickelsen reported that the wildland crew had returned from their assignment in Idaho. He mentioned that the ongoing road work on Loafer is expected to be completed within the next day or two. He also noted that the contractor had encountered </w:t>
      </w:r>
      <w:proofErr w:type="gramStart"/>
      <w:r>
        <w:t>a number of</w:t>
      </w:r>
      <w:proofErr w:type="gramEnd"/>
      <w:r>
        <w:t xml:space="preserve"> challenges, including multiple soft spots that needed to be addressed. </w:t>
      </w:r>
    </w:p>
    <w:p w14:paraId="402645E8" w14:textId="77777777" w:rsidR="008D5001" w:rsidRDefault="00C77C07">
      <w:pPr>
        <w:keepNext/>
        <w:spacing w:after="40"/>
        <w:ind w:left="288"/>
      </w:pPr>
      <w:r>
        <w:rPr>
          <w:b/>
        </w:rPr>
        <w:t>b. Planning Commission &amp; Code Enforcement - Wayne Frandsen</w:t>
      </w:r>
    </w:p>
    <w:p w14:paraId="1754A4EF" w14:textId="77777777" w:rsidR="008D5001" w:rsidRDefault="00C77C07">
      <w:pPr>
        <w:spacing w:after="60"/>
        <w:ind w:left="576"/>
      </w:pPr>
      <w:r>
        <w:t>Nothing to report.</w:t>
      </w:r>
    </w:p>
    <w:p w14:paraId="25481B86" w14:textId="77777777" w:rsidR="008D5001" w:rsidRDefault="00C77C07">
      <w:pPr>
        <w:keepNext/>
        <w:spacing w:after="40"/>
        <w:ind w:left="288"/>
      </w:pPr>
      <w:r>
        <w:rPr>
          <w:b/>
        </w:rPr>
        <w:t>c. Emergency Management, if needed - Aaron Gilbert</w:t>
      </w:r>
    </w:p>
    <w:p w14:paraId="5A54AE15" w14:textId="77777777" w:rsidR="008D5001" w:rsidRDefault="00C77C07">
      <w:pPr>
        <w:spacing w:after="60"/>
        <w:ind w:left="576"/>
      </w:pPr>
      <w:r>
        <w:t>Nothing to report.</w:t>
      </w:r>
    </w:p>
    <w:p w14:paraId="7DA743A0" w14:textId="77777777" w:rsidR="008D5001" w:rsidRDefault="00C77C07">
      <w:pPr>
        <w:keepNext/>
        <w:spacing w:after="40"/>
        <w:ind w:left="288"/>
      </w:pPr>
      <w:r>
        <w:rPr>
          <w:b/>
        </w:rPr>
        <w:t>d. 911 Dispatch, if needed - Dorel Kynaston</w:t>
      </w:r>
    </w:p>
    <w:p w14:paraId="14DA55D3" w14:textId="77777777" w:rsidR="008D5001" w:rsidRDefault="00C77C07">
      <w:pPr>
        <w:spacing w:after="60"/>
        <w:ind w:left="576"/>
      </w:pPr>
      <w:r>
        <w:t>Nothing to report.</w:t>
      </w:r>
    </w:p>
    <w:p w14:paraId="171B4D81" w14:textId="77777777" w:rsidR="008D5001" w:rsidRDefault="00C77C07">
      <w:pPr>
        <w:keepNext/>
        <w:spacing w:before="60" w:after="40"/>
      </w:pPr>
      <w:r>
        <w:rPr>
          <w:b/>
        </w:rPr>
        <w:lastRenderedPageBreak/>
        <w:t>7. Mayor and City Council Reports</w:t>
      </w:r>
    </w:p>
    <w:p w14:paraId="0D791D24" w14:textId="77777777" w:rsidR="008D5001" w:rsidRDefault="00C77C07">
      <w:pPr>
        <w:keepNext/>
        <w:spacing w:after="40"/>
        <w:ind w:left="288"/>
      </w:pPr>
      <w:r>
        <w:rPr>
          <w:b/>
        </w:rPr>
        <w:t>a. Mayor Hillyard - MAG/COG, SESD, Dry Creek Transfer Station, Personnel and Legal Updates</w:t>
      </w:r>
    </w:p>
    <w:p w14:paraId="7A5FA84B" w14:textId="3F313341" w:rsidR="008D5001" w:rsidRDefault="00BB6A14">
      <w:pPr>
        <w:spacing w:after="60"/>
        <w:ind w:left="576"/>
      </w:pPr>
      <w:r>
        <w:t xml:space="preserve">Mayor Hillyard reported on the recent MAG/COG meeting, where the board awarded project grants. Unfortunately, Woodland Hills was not awarded a grant for its submitted </w:t>
      </w:r>
      <w:proofErr w:type="gramStart"/>
      <w:r>
        <w:t>trail</w:t>
      </w:r>
      <w:proofErr w:type="gramEnd"/>
      <w:r>
        <w:t xml:space="preserve">. He also attended the SESD Board Meeting and was impressed with how SESD is managed. Unlike Rocky Mountain Power, SESD had not increased its customers' rates. </w:t>
      </w:r>
    </w:p>
    <w:p w14:paraId="42C84A9E" w14:textId="77777777" w:rsidR="008D5001" w:rsidRDefault="00C77C07">
      <w:pPr>
        <w:keepNext/>
        <w:spacing w:after="40"/>
        <w:ind w:left="288"/>
      </w:pPr>
      <w:r>
        <w:rPr>
          <w:b/>
        </w:rPr>
        <w:t>b. Council Member Hutchings - SUVMWA, Mt. Nebo Water Association, and Planning Commission</w:t>
      </w:r>
    </w:p>
    <w:p w14:paraId="18E37587" w14:textId="77777777" w:rsidR="008D5001" w:rsidRDefault="00C77C07">
      <w:pPr>
        <w:spacing w:after="60"/>
        <w:ind w:left="576"/>
      </w:pPr>
      <w:r>
        <w:t>Nothing to report.</w:t>
      </w:r>
    </w:p>
    <w:p w14:paraId="6920859F" w14:textId="77777777" w:rsidR="008D5001" w:rsidRDefault="00C77C07">
      <w:pPr>
        <w:keepNext/>
        <w:spacing w:after="40"/>
        <w:ind w:left="288"/>
      </w:pPr>
      <w:r>
        <w:rPr>
          <w:b/>
        </w:rPr>
        <w:t>c. Council Member Johns - Utah Valley Home Builders Association, Utah Home Builders Association, and Public Safety</w:t>
      </w:r>
    </w:p>
    <w:p w14:paraId="1FB30CD7" w14:textId="77777777" w:rsidR="008D5001" w:rsidRDefault="00C77C07">
      <w:pPr>
        <w:spacing w:after="60"/>
        <w:ind w:left="576"/>
      </w:pPr>
      <w:r>
        <w:t>Nothing to report.</w:t>
      </w:r>
    </w:p>
    <w:p w14:paraId="3300530C" w14:textId="77777777" w:rsidR="008D5001" w:rsidRDefault="00C77C07">
      <w:pPr>
        <w:keepNext/>
        <w:spacing w:after="40"/>
        <w:ind w:left="288"/>
      </w:pPr>
      <w:r>
        <w:rPr>
          <w:b/>
        </w:rPr>
        <w:t>d. Council Member Lunt - Finance Committee, Parks/Trails/Recreation Committee, Events and Communication</w:t>
      </w:r>
    </w:p>
    <w:p w14:paraId="2E7EBD04" w14:textId="4AA981B0" w:rsidR="008D5001" w:rsidRDefault="00C77C07">
      <w:pPr>
        <w:spacing w:after="60"/>
        <w:ind w:left="576"/>
      </w:pPr>
      <w:r>
        <w:t xml:space="preserve">Council Member Lunt reviewed </w:t>
      </w:r>
      <w:r w:rsidR="00BB6A14">
        <w:t>the schedule for Woodland Hills Days with the council</w:t>
      </w:r>
      <w:r>
        <w:t>.</w:t>
      </w:r>
    </w:p>
    <w:p w14:paraId="4F260B22" w14:textId="77777777" w:rsidR="008D5001" w:rsidRDefault="00C77C07">
      <w:pPr>
        <w:keepNext/>
        <w:spacing w:after="40"/>
        <w:ind w:left="288"/>
        <w:rPr>
          <w:b/>
        </w:rPr>
      </w:pPr>
      <w:r>
        <w:rPr>
          <w:b/>
        </w:rPr>
        <w:t>e. Council Member Malkovich - South Utah Valley Animal Shelter</w:t>
      </w:r>
    </w:p>
    <w:p w14:paraId="2D7F19D2" w14:textId="3F83C91B" w:rsidR="00BB6A14" w:rsidRDefault="00BB6A14" w:rsidP="00BB6A14">
      <w:pPr>
        <w:spacing w:after="60"/>
        <w:ind w:left="576"/>
      </w:pPr>
      <w:r>
        <w:t>Nothing to report.</w:t>
      </w:r>
    </w:p>
    <w:p w14:paraId="0185F88A" w14:textId="77777777" w:rsidR="008D5001" w:rsidRDefault="00C77C07">
      <w:pPr>
        <w:keepNext/>
        <w:spacing w:after="40"/>
        <w:ind w:left="288"/>
        <w:rPr>
          <w:b/>
        </w:rPr>
      </w:pPr>
      <w:r>
        <w:rPr>
          <w:b/>
        </w:rPr>
        <w:t>f. Council Member Roden - IT and Events</w:t>
      </w:r>
    </w:p>
    <w:p w14:paraId="5A721437" w14:textId="77777777" w:rsidR="00BB6A14" w:rsidRDefault="00BB6A14" w:rsidP="00BB6A14">
      <w:pPr>
        <w:spacing w:after="60"/>
        <w:ind w:left="576"/>
      </w:pPr>
      <w:r>
        <w:t>Nothing to report.</w:t>
      </w:r>
    </w:p>
    <w:p w14:paraId="153CD989" w14:textId="77777777" w:rsidR="00BB6A14" w:rsidRDefault="00BB6A14">
      <w:pPr>
        <w:keepNext/>
        <w:spacing w:after="40"/>
        <w:ind w:left="288"/>
      </w:pPr>
    </w:p>
    <w:p w14:paraId="0B9C69CD" w14:textId="77777777" w:rsidR="008D5001" w:rsidRDefault="00C77C07">
      <w:pPr>
        <w:keepNext/>
        <w:spacing w:before="60" w:after="40"/>
      </w:pPr>
      <w:r>
        <w:rPr>
          <w:b/>
        </w:rPr>
        <w:t>8. Items for Upcoming City Council Meetings</w:t>
      </w:r>
    </w:p>
    <w:p w14:paraId="3DF6BD8B" w14:textId="77777777" w:rsidR="00BB6A14" w:rsidRDefault="00BB6A14">
      <w:pPr>
        <w:spacing w:after="40"/>
      </w:pPr>
    </w:p>
    <w:p w14:paraId="0A93A2A3" w14:textId="657E6BB4" w:rsidR="008D5001" w:rsidRDefault="00C77C07">
      <w:pPr>
        <w:spacing w:after="40"/>
      </w:pPr>
      <w:r>
        <w:t>The Work Session concluded at approximately 8:37 p.m.</w:t>
      </w:r>
    </w:p>
    <w:p w14:paraId="56BE22AF" w14:textId="77777777" w:rsidR="00BB6A14" w:rsidRDefault="00BB6A14">
      <w:pPr>
        <w:keepNext/>
        <w:spacing w:before="120" w:after="60"/>
        <w:rPr>
          <w:b/>
          <w:u w:val="single"/>
        </w:rPr>
      </w:pPr>
    </w:p>
    <w:p w14:paraId="5CD2F8EE" w14:textId="362579CB" w:rsidR="008D5001" w:rsidRDefault="00C77C07">
      <w:pPr>
        <w:keepNext/>
        <w:spacing w:before="120" w:after="60"/>
        <w:rPr>
          <w:b/>
          <w:u w:val="single"/>
        </w:rPr>
      </w:pPr>
      <w:r>
        <w:rPr>
          <w:b/>
          <w:u w:val="single"/>
        </w:rPr>
        <w:t>REGULAR CITY COUNCIL MEETING</w:t>
      </w:r>
    </w:p>
    <w:p w14:paraId="24A49D04" w14:textId="77777777" w:rsidR="008D5001" w:rsidRDefault="00C77C07">
      <w:pPr>
        <w:keepNext/>
        <w:spacing w:before="60" w:after="40"/>
      </w:pPr>
      <w:r>
        <w:rPr>
          <w:b/>
        </w:rPr>
        <w:t>9. Call to Order - Mayor Benjamin Hillyard</w:t>
      </w:r>
    </w:p>
    <w:p w14:paraId="5A285674" w14:textId="77777777" w:rsidR="008D5001" w:rsidRDefault="00C77C07">
      <w:pPr>
        <w:spacing w:after="40"/>
      </w:pPr>
      <w:r>
        <w:t>Mayor Hillyard called the regular City Council Meeting to order at 8:42 p.m.</w:t>
      </w:r>
    </w:p>
    <w:p w14:paraId="28820BC9" w14:textId="77777777" w:rsidR="00BB6A14" w:rsidRDefault="00BB6A14">
      <w:pPr>
        <w:spacing w:after="40"/>
      </w:pPr>
    </w:p>
    <w:p w14:paraId="08F6B5ED" w14:textId="77777777" w:rsidR="00BB6A14" w:rsidRDefault="00BB6A14" w:rsidP="00BB6A14">
      <w:pPr>
        <w:spacing w:after="40"/>
      </w:pPr>
      <w:r w:rsidRPr="00E87C6A">
        <w:rPr>
          <w:b/>
          <w:bCs/>
        </w:rPr>
        <w:t>Present</w:t>
      </w:r>
      <w:r>
        <w:t>: Mayor Benjamin Hillyard; Council Members Hutchings, Lunt, and Malkovich.</w:t>
      </w:r>
    </w:p>
    <w:p w14:paraId="7BAE0289" w14:textId="77777777" w:rsidR="00BB6A14" w:rsidRDefault="00BB6A14" w:rsidP="00BB6A14">
      <w:pPr>
        <w:spacing w:after="40"/>
      </w:pPr>
    </w:p>
    <w:p w14:paraId="5DA43FDF" w14:textId="5BE91C25" w:rsidR="00BB6A14" w:rsidRDefault="00BB6A14" w:rsidP="00BB6A14">
      <w:pPr>
        <w:spacing w:after="40"/>
      </w:pPr>
      <w:r w:rsidRPr="00E87C6A">
        <w:rPr>
          <w:b/>
          <w:bCs/>
        </w:rPr>
        <w:t>Remote Participation</w:t>
      </w:r>
      <w:r>
        <w:t>: Council Member Johns</w:t>
      </w:r>
      <w:r w:rsidR="00E80D04">
        <w:t xml:space="preserve"> and</w:t>
      </w:r>
      <w:r>
        <w:t xml:space="preserve"> Council Member Roden.</w:t>
      </w:r>
    </w:p>
    <w:p w14:paraId="013342D4" w14:textId="77777777" w:rsidR="00BB6A14" w:rsidRDefault="00BB6A14" w:rsidP="00BB6A14">
      <w:pPr>
        <w:spacing w:after="40"/>
      </w:pPr>
    </w:p>
    <w:p w14:paraId="5B66F78C" w14:textId="198021EC" w:rsidR="00BB6A14" w:rsidRDefault="00BB6A14" w:rsidP="00BB6A14">
      <w:pPr>
        <w:spacing w:after="40"/>
      </w:pPr>
      <w:r w:rsidRPr="00E87C6A">
        <w:rPr>
          <w:b/>
          <w:bCs/>
        </w:rPr>
        <w:t>Staff Present</w:t>
      </w:r>
      <w:r>
        <w:t>: Community Development Director / Public Works Director / Fire Chief Ted Mickelsen; Planning Commission Chair / Code Enforcement Officer Wayne Frandsen</w:t>
      </w:r>
      <w:r w:rsidR="00E80D04">
        <w:t xml:space="preserve">; and City Recorder Jody Stones. </w:t>
      </w:r>
    </w:p>
    <w:p w14:paraId="0CDE4D20" w14:textId="77777777" w:rsidR="00E80D04" w:rsidRDefault="00E80D04" w:rsidP="00BB6A14">
      <w:pPr>
        <w:spacing w:after="40"/>
      </w:pPr>
    </w:p>
    <w:p w14:paraId="37137ED3" w14:textId="2C58B30F" w:rsidR="00E80D04" w:rsidRDefault="00E80D04" w:rsidP="00BB6A14">
      <w:pPr>
        <w:spacing w:after="40"/>
      </w:pPr>
      <w:r w:rsidRPr="00E87C6A">
        <w:rPr>
          <w:b/>
          <w:bCs/>
        </w:rPr>
        <w:t>Others Present</w:t>
      </w:r>
      <w:r>
        <w:t>: Jena Sonntag</w:t>
      </w:r>
    </w:p>
    <w:p w14:paraId="5EDC3330" w14:textId="77777777" w:rsidR="00E80D04" w:rsidRDefault="00E80D04" w:rsidP="00BB6A14">
      <w:pPr>
        <w:spacing w:after="40"/>
      </w:pPr>
    </w:p>
    <w:p w14:paraId="58897C3A" w14:textId="77777777" w:rsidR="008D5001" w:rsidRDefault="00C77C07">
      <w:pPr>
        <w:keepNext/>
        <w:spacing w:before="60" w:after="40"/>
      </w:pPr>
      <w:r>
        <w:rPr>
          <w:b/>
        </w:rPr>
        <w:t>10. Invocation - Council Member Johns</w:t>
      </w:r>
    </w:p>
    <w:p w14:paraId="2D6F9FFA" w14:textId="77777777" w:rsidR="008D5001" w:rsidRDefault="00C77C07">
      <w:pPr>
        <w:spacing w:after="40"/>
      </w:pPr>
      <w:r>
        <w:t>Council Member Johns offered the invocation.</w:t>
      </w:r>
    </w:p>
    <w:p w14:paraId="069A87CD" w14:textId="77777777" w:rsidR="00E80D04" w:rsidRDefault="00E80D04">
      <w:pPr>
        <w:spacing w:after="40"/>
      </w:pPr>
    </w:p>
    <w:p w14:paraId="2E590AAB" w14:textId="77777777" w:rsidR="008D5001" w:rsidRDefault="00C77C07">
      <w:pPr>
        <w:keepNext/>
        <w:spacing w:before="60" w:after="40"/>
      </w:pPr>
      <w:r>
        <w:rPr>
          <w:b/>
        </w:rPr>
        <w:t>11. Pledge of Allegiance - Council Member Roden</w:t>
      </w:r>
    </w:p>
    <w:p w14:paraId="28FB1B96" w14:textId="77777777" w:rsidR="008D5001" w:rsidRDefault="00C77C07">
      <w:pPr>
        <w:spacing w:after="40"/>
      </w:pPr>
      <w:r>
        <w:t>Council Member Roden led the Pledge of Allegiance.</w:t>
      </w:r>
    </w:p>
    <w:p w14:paraId="6BBDE417" w14:textId="77777777" w:rsidR="00E80D04" w:rsidRDefault="00E80D04">
      <w:pPr>
        <w:spacing w:after="40"/>
      </w:pPr>
    </w:p>
    <w:p w14:paraId="445E1EB0" w14:textId="77777777" w:rsidR="008D5001" w:rsidRDefault="00C77C07">
      <w:pPr>
        <w:keepNext/>
        <w:spacing w:before="60" w:after="40"/>
      </w:pPr>
      <w:r>
        <w:rPr>
          <w:b/>
        </w:rPr>
        <w:lastRenderedPageBreak/>
        <w:t>12. Public Comment</w:t>
      </w:r>
    </w:p>
    <w:p w14:paraId="69CC0D91" w14:textId="77777777" w:rsidR="008D5001" w:rsidRDefault="00C77C07">
      <w:pPr>
        <w:spacing w:after="40"/>
      </w:pPr>
      <w:r>
        <w:t>No public comment was heard.</w:t>
      </w:r>
    </w:p>
    <w:p w14:paraId="4582388F" w14:textId="77777777" w:rsidR="00E80D04" w:rsidRDefault="00E80D04">
      <w:pPr>
        <w:spacing w:after="40"/>
      </w:pPr>
    </w:p>
    <w:p w14:paraId="54316664" w14:textId="77777777" w:rsidR="008D5001" w:rsidRDefault="00C77C07">
      <w:pPr>
        <w:keepNext/>
        <w:spacing w:before="120" w:after="60"/>
      </w:pPr>
      <w:r>
        <w:rPr>
          <w:b/>
          <w:u w:val="single"/>
        </w:rPr>
        <w:t>CONSENT AGENDA</w:t>
      </w:r>
    </w:p>
    <w:p w14:paraId="0631E7B1" w14:textId="77777777" w:rsidR="008D5001" w:rsidRDefault="00C77C07">
      <w:pPr>
        <w:keepNext/>
        <w:spacing w:before="60" w:after="40"/>
      </w:pPr>
      <w:r>
        <w:rPr>
          <w:b/>
        </w:rPr>
        <w:t>13. Approval of Minutes - August 25, 2026, City Council Meeting Minutes</w:t>
      </w:r>
    </w:p>
    <w:p w14:paraId="79B9C745" w14:textId="47B1509B" w:rsidR="00E80D04" w:rsidRDefault="00E80D04">
      <w:pPr>
        <w:spacing w:after="40"/>
      </w:pPr>
      <w:r w:rsidRPr="00E80D04">
        <w:rPr>
          <w:b/>
          <w:bCs/>
        </w:rPr>
        <w:t>Motion</w:t>
      </w:r>
      <w:r>
        <w:t xml:space="preserve">: </w:t>
      </w:r>
      <w:r w:rsidR="00C77C07">
        <w:t xml:space="preserve">Council Member Roden moved to approve </w:t>
      </w:r>
      <w:proofErr w:type="gramStart"/>
      <w:r>
        <w:t>the August</w:t>
      </w:r>
      <w:proofErr w:type="gramEnd"/>
      <w:r w:rsidR="00C77C07">
        <w:t xml:space="preserve"> 25, 2026, City Council Meeting Minutes. </w:t>
      </w:r>
    </w:p>
    <w:p w14:paraId="7CA268A5" w14:textId="77777777" w:rsidR="00E80D04" w:rsidRDefault="00E80D04">
      <w:pPr>
        <w:spacing w:after="40"/>
      </w:pPr>
      <w:r w:rsidRPr="00E80D04">
        <w:rPr>
          <w:b/>
          <w:bCs/>
        </w:rPr>
        <w:t>Second</w:t>
      </w:r>
      <w:r>
        <w:t xml:space="preserve">: </w:t>
      </w:r>
      <w:r w:rsidR="00C77C07">
        <w:t xml:space="preserve">Council Member Lunt seconded the motion. </w:t>
      </w:r>
    </w:p>
    <w:p w14:paraId="43923137" w14:textId="17DE957C" w:rsidR="008D5001" w:rsidRDefault="00E87C6A">
      <w:pPr>
        <w:spacing w:after="40"/>
      </w:pPr>
      <w:r>
        <w:rPr>
          <w:rFonts w:cs="Times New Roman"/>
          <w:b/>
          <w:bCs/>
        </w:rPr>
        <w:t>Roll-call vote</w:t>
      </w:r>
      <w:r w:rsidR="00E80D04">
        <w:t>: Mayor Hillyard called for a roll call vote, and th</w:t>
      </w:r>
      <w:r w:rsidR="00C77C07">
        <w:t xml:space="preserve">e motion passed, with </w:t>
      </w:r>
      <w:r w:rsidR="00E80D04">
        <w:t xml:space="preserve">Council Members Lunt, Roden, Malkovich, and Johns voting to approve the minutes; with </w:t>
      </w:r>
      <w:r w:rsidR="00C77C07">
        <w:t>Council Member Hutchings abstaining.</w:t>
      </w:r>
    </w:p>
    <w:p w14:paraId="1FFC6C5D" w14:textId="77777777" w:rsidR="00E80D04" w:rsidRDefault="00E80D04">
      <w:pPr>
        <w:keepNext/>
        <w:spacing w:before="120" w:after="60"/>
        <w:rPr>
          <w:b/>
          <w:u w:val="single"/>
        </w:rPr>
      </w:pPr>
    </w:p>
    <w:p w14:paraId="1DDC01F9" w14:textId="1D214262" w:rsidR="008D5001" w:rsidRDefault="00C77C07">
      <w:pPr>
        <w:keepNext/>
        <w:spacing w:before="120" w:after="60"/>
      </w:pPr>
      <w:r>
        <w:rPr>
          <w:b/>
          <w:u w:val="single"/>
        </w:rPr>
        <w:t>BUSINESS ITEMS</w:t>
      </w:r>
    </w:p>
    <w:p w14:paraId="1C446D26" w14:textId="77777777" w:rsidR="008D5001" w:rsidRDefault="00C77C07">
      <w:pPr>
        <w:keepNext/>
        <w:spacing w:before="60" w:after="40"/>
      </w:pPr>
      <w:r>
        <w:rPr>
          <w:b/>
        </w:rPr>
        <w:t>14. Recommendation to Forward the Application for a Change in Zoning from R1-2 to R1-1 for 125 East Mountain Vale to the Planning Commission</w:t>
      </w:r>
    </w:p>
    <w:p w14:paraId="5699FB06" w14:textId="1380D60D" w:rsidR="00E80D04" w:rsidRDefault="00E80D04" w:rsidP="00E80D04">
      <w:r w:rsidRPr="00E80D04">
        <w:rPr>
          <w:b/>
          <w:bCs/>
        </w:rPr>
        <w:t>Motion by</w:t>
      </w:r>
      <w:r>
        <w:t xml:space="preserve">: Council Member </w:t>
      </w:r>
      <w:r>
        <w:t xml:space="preserve">Malkovich moved to forward the application for a change in zoning from R1-2 to R1-1 for 125 East Mountain Vale to the Planning Commission. </w:t>
      </w:r>
      <w:r>
        <w:br/>
      </w:r>
      <w:r w:rsidR="009C667E">
        <w:rPr>
          <w:b/>
          <w:bCs/>
        </w:rPr>
        <w:t>Second</w:t>
      </w:r>
      <w:r w:rsidRPr="00E80D04">
        <w:rPr>
          <w:b/>
          <w:bCs/>
        </w:rPr>
        <w:t xml:space="preserve"> by</w:t>
      </w:r>
      <w:r>
        <w:t xml:space="preserve">: Council Member </w:t>
      </w:r>
      <w:r>
        <w:t xml:space="preserve">Hutchings seconded the motion. </w:t>
      </w:r>
      <w:r>
        <w:br/>
      </w:r>
      <w:r w:rsidR="00E87C6A">
        <w:rPr>
          <w:rFonts w:cs="Times New Roman"/>
          <w:b/>
          <w:bCs/>
        </w:rPr>
        <w:t>Roll-call vote</w:t>
      </w:r>
      <w:r>
        <w:t xml:space="preserve">: Mayor Hillyard called for a roll call vote, and the motion passed, with Council Members Lunt, Roden, Malkovich, Hutchings, and Johns voting in favor. </w:t>
      </w:r>
    </w:p>
    <w:p w14:paraId="373B87B5" w14:textId="5F23C150" w:rsidR="008D5001" w:rsidRDefault="008D5001">
      <w:pPr>
        <w:spacing w:after="20"/>
        <w:ind w:left="360"/>
      </w:pPr>
    </w:p>
    <w:p w14:paraId="01D1E953" w14:textId="64DB6A4C" w:rsidR="008D5001" w:rsidRDefault="00C77C07">
      <w:pPr>
        <w:keepNext/>
        <w:spacing w:before="60" w:after="40"/>
      </w:pPr>
      <w:r>
        <w:rPr>
          <w:b/>
        </w:rPr>
        <w:t>15. Resolution 2026-46 Changing the Council Liaison to the Parks, Trails, and Recreation Committee</w:t>
      </w:r>
      <w:r w:rsidR="00E80D04">
        <w:rPr>
          <w:b/>
        </w:rPr>
        <w:t xml:space="preserve">, appointing Council Member Johns to serve as the Council Liaison. </w:t>
      </w:r>
    </w:p>
    <w:p w14:paraId="689F3E72" w14:textId="6CE8E076" w:rsidR="00E80D04" w:rsidRDefault="00E80D04" w:rsidP="00E80D04">
      <w:r w:rsidRPr="00E80D04">
        <w:rPr>
          <w:b/>
          <w:bCs/>
        </w:rPr>
        <w:t>Motion by</w:t>
      </w:r>
      <w:r>
        <w:t xml:space="preserve">: Council Member </w:t>
      </w:r>
      <w:r>
        <w:t xml:space="preserve">Lunt moved to adopt Resolution 2026-46 appointing Council Member Johns as the Parks, Trails, and Recreation Committee Liaison. </w:t>
      </w:r>
      <w:r>
        <w:br/>
      </w:r>
      <w:r w:rsidR="009C667E" w:rsidRPr="00E80D04">
        <w:rPr>
          <w:b/>
          <w:bCs/>
        </w:rPr>
        <w:t>Second</w:t>
      </w:r>
      <w:r w:rsidRPr="00E80D04">
        <w:rPr>
          <w:b/>
          <w:bCs/>
        </w:rPr>
        <w:t xml:space="preserve"> by</w:t>
      </w:r>
      <w:r>
        <w:t xml:space="preserve">: Council Member </w:t>
      </w:r>
      <w:r>
        <w:t xml:space="preserve">Malkovich seconded the motion. </w:t>
      </w:r>
      <w:r>
        <w:br/>
      </w:r>
      <w:r w:rsidR="00E87C6A">
        <w:rPr>
          <w:rFonts w:cs="Times New Roman"/>
          <w:b/>
          <w:bCs/>
        </w:rPr>
        <w:t>Roll-call vote</w:t>
      </w:r>
      <w:r>
        <w:t xml:space="preserve">: Mayor Hillyard called for a roll call vote, and the motion passed, with Council Members Lunt, Roden, Malkovich, Hutchings, and Johns voting in favor. </w:t>
      </w:r>
    </w:p>
    <w:p w14:paraId="2A2DD6CA" w14:textId="77777777" w:rsidR="00E87C6A" w:rsidRDefault="00E87C6A">
      <w:pPr>
        <w:keepNext/>
        <w:spacing w:before="120" w:after="60"/>
        <w:rPr>
          <w:bCs/>
        </w:rPr>
      </w:pPr>
    </w:p>
    <w:p w14:paraId="2BA41FC4" w14:textId="3CB65D80" w:rsidR="008D5001" w:rsidRDefault="00C77C07">
      <w:pPr>
        <w:keepNext/>
        <w:spacing w:before="120" w:after="60"/>
      </w:pPr>
      <w:r>
        <w:rPr>
          <w:b/>
          <w:u w:val="single"/>
        </w:rPr>
        <w:t>CLOSED SESSION</w:t>
      </w:r>
    </w:p>
    <w:p w14:paraId="5DE8139F" w14:textId="77777777" w:rsidR="00E87C6A" w:rsidRPr="00741730" w:rsidRDefault="00E87C6A" w:rsidP="00E87C6A">
      <w:pPr>
        <w:rPr>
          <w:rFonts w:cs="Times New Roman"/>
        </w:rPr>
      </w:pPr>
      <w:r w:rsidRPr="00741730">
        <w:rPr>
          <w:rFonts w:cs="Times New Roman"/>
        </w:rPr>
        <w:t>The City Council may temporarily recess the regular meeting and convene in a closed session to discuss pending or reasonably imminent litigation; the purchase, exchange, or lease of real property or water; security or safety; or to discuss the character, professional competence, or physical or mental health of an individual as provided by Utah Code Annotated § 52-4-205.</w:t>
      </w:r>
    </w:p>
    <w:p w14:paraId="26FE0E25" w14:textId="5A10EEF7" w:rsidR="00E87C6A" w:rsidRPr="00741730" w:rsidRDefault="00E87C6A" w:rsidP="00E87C6A">
      <w:pPr>
        <w:rPr>
          <w:rFonts w:cs="Times New Roman"/>
        </w:rPr>
      </w:pPr>
      <w:r w:rsidRPr="00741730">
        <w:rPr>
          <w:rFonts w:cs="Times New Roman"/>
          <w:b/>
          <w:bCs/>
        </w:rPr>
        <w:t>Motion</w:t>
      </w:r>
      <w:r w:rsidRPr="00741730">
        <w:rPr>
          <w:rFonts w:cs="Times New Roman"/>
        </w:rPr>
        <w:t xml:space="preserve">: </w:t>
      </w:r>
      <w:r>
        <w:rPr>
          <w:rFonts w:cs="Times New Roman"/>
        </w:rPr>
        <w:t>At 8:</w:t>
      </w:r>
      <w:r>
        <w:rPr>
          <w:rFonts w:cs="Times New Roman"/>
        </w:rPr>
        <w:t>47</w:t>
      </w:r>
      <w:r>
        <w:rPr>
          <w:rFonts w:cs="Times New Roman"/>
        </w:rPr>
        <w:t xml:space="preserve"> p.m., Council Member </w:t>
      </w:r>
      <w:r>
        <w:rPr>
          <w:rFonts w:cs="Times New Roman"/>
        </w:rPr>
        <w:t>Malkovich</w:t>
      </w:r>
      <w:r>
        <w:rPr>
          <w:rFonts w:cs="Times New Roman"/>
        </w:rPr>
        <w:t xml:space="preserve"> moved to temporarily recess the regular meeting and convene in a closed session to discuss pending litigation as permitted by Utah Code </w:t>
      </w:r>
      <w:r w:rsidRPr="00741730">
        <w:rPr>
          <w:rFonts w:cs="Times New Roman"/>
        </w:rPr>
        <w:t>§ 52-4-205.</w:t>
      </w:r>
    </w:p>
    <w:p w14:paraId="7B71719D" w14:textId="2C5FE265" w:rsidR="00E87C6A" w:rsidRPr="00741730" w:rsidRDefault="00E87C6A" w:rsidP="00E87C6A">
      <w:pPr>
        <w:rPr>
          <w:rFonts w:cs="Times New Roman"/>
        </w:rPr>
      </w:pPr>
      <w:r w:rsidRPr="00741730">
        <w:rPr>
          <w:rFonts w:cs="Times New Roman"/>
          <w:b/>
          <w:bCs/>
        </w:rPr>
        <w:t>Second</w:t>
      </w:r>
      <w:r w:rsidR="009C667E">
        <w:rPr>
          <w:rFonts w:cs="Times New Roman"/>
          <w:b/>
          <w:bCs/>
        </w:rPr>
        <w:t xml:space="preserve"> by</w:t>
      </w:r>
      <w:r w:rsidRPr="00741730">
        <w:rPr>
          <w:rFonts w:cs="Times New Roman"/>
        </w:rPr>
        <w:t>:</w:t>
      </w:r>
      <w:r>
        <w:rPr>
          <w:rFonts w:cs="Times New Roman"/>
        </w:rPr>
        <w:t xml:space="preserve"> Council Member </w:t>
      </w:r>
      <w:r>
        <w:rPr>
          <w:rFonts w:cs="Times New Roman"/>
        </w:rPr>
        <w:t>Hutchings</w:t>
      </w:r>
      <w:r>
        <w:rPr>
          <w:rFonts w:cs="Times New Roman"/>
        </w:rPr>
        <w:t xml:space="preserve"> seconded the motion. </w:t>
      </w:r>
    </w:p>
    <w:p w14:paraId="4A207B83" w14:textId="00622E18" w:rsidR="00E87C6A" w:rsidRPr="00741730" w:rsidRDefault="00E87C6A" w:rsidP="00E87C6A">
      <w:pPr>
        <w:rPr>
          <w:rFonts w:cs="Times New Roman"/>
          <w:b/>
          <w:bCs/>
        </w:rPr>
      </w:pPr>
      <w:r>
        <w:rPr>
          <w:rFonts w:cs="Times New Roman"/>
          <w:b/>
          <w:bCs/>
        </w:rPr>
        <w:t>Roll-call vote</w:t>
      </w:r>
      <w:r w:rsidRPr="00741730">
        <w:rPr>
          <w:rFonts w:cs="Times New Roman"/>
          <w:b/>
          <w:bCs/>
        </w:rPr>
        <w:t>:</w:t>
      </w:r>
      <w:r>
        <w:rPr>
          <w:rFonts w:cs="Times New Roman"/>
          <w:b/>
          <w:bCs/>
        </w:rPr>
        <w:t xml:space="preserve"> Council Members Lunt, Roden, Malkovich</w:t>
      </w:r>
      <w:r>
        <w:rPr>
          <w:rFonts w:cs="Times New Roman"/>
          <w:b/>
          <w:bCs/>
        </w:rPr>
        <w:t xml:space="preserve">, Johns, and Hutchings </w:t>
      </w:r>
      <w:r>
        <w:rPr>
          <w:rFonts w:cs="Times New Roman"/>
          <w:b/>
          <w:bCs/>
        </w:rPr>
        <w:t>voted yea.  The motion passed unanimously.</w:t>
      </w:r>
    </w:p>
    <w:p w14:paraId="39EF40DB" w14:textId="77777777" w:rsidR="00E87C6A" w:rsidRDefault="00E87C6A">
      <w:pPr>
        <w:keepNext/>
        <w:spacing w:before="120" w:after="60"/>
        <w:rPr>
          <w:b/>
          <w:u w:val="single"/>
        </w:rPr>
      </w:pPr>
    </w:p>
    <w:p w14:paraId="24E56385" w14:textId="16DD4DF1" w:rsidR="00E87C6A" w:rsidRPr="009177D0" w:rsidRDefault="00E87C6A" w:rsidP="00E87C6A">
      <w:pPr>
        <w:rPr>
          <w:rFonts w:cs="Times New Roman"/>
        </w:rPr>
      </w:pPr>
      <w:r>
        <w:rPr>
          <w:rFonts w:cs="Times New Roman"/>
        </w:rPr>
        <w:t>The closed session began at 8:</w:t>
      </w:r>
      <w:r>
        <w:rPr>
          <w:rFonts w:cs="Times New Roman"/>
        </w:rPr>
        <w:t>49</w:t>
      </w:r>
      <w:r>
        <w:rPr>
          <w:rFonts w:cs="Times New Roman"/>
        </w:rPr>
        <w:t xml:space="preserve"> p.m.</w:t>
      </w:r>
      <w:r w:rsidRPr="009177D0">
        <w:rPr>
          <w:rFonts w:cs="Times New Roman"/>
        </w:rPr>
        <w:br/>
      </w:r>
    </w:p>
    <w:p w14:paraId="0F27AB74" w14:textId="40EA44AC" w:rsidR="00E87C6A" w:rsidRPr="009177D0" w:rsidRDefault="00E87C6A" w:rsidP="00E87C6A">
      <w:pPr>
        <w:rPr>
          <w:rFonts w:cs="Times New Roman"/>
        </w:rPr>
      </w:pPr>
      <w:r w:rsidRPr="009A40B7">
        <w:rPr>
          <w:rFonts w:cs="Times New Roman"/>
          <w:b/>
          <w:bCs/>
        </w:rPr>
        <w:lastRenderedPageBreak/>
        <w:t>Members present:</w:t>
      </w:r>
      <w:r w:rsidRPr="009177D0">
        <w:rPr>
          <w:rFonts w:cs="Times New Roman"/>
        </w:rPr>
        <w:br/>
      </w:r>
      <w:r>
        <w:rPr>
          <w:rFonts w:cs="Times New Roman"/>
        </w:rPr>
        <w:t xml:space="preserve">Mayor Ben Hillyard; Council Members Lunt, Roden, </w:t>
      </w:r>
      <w:r>
        <w:rPr>
          <w:rFonts w:cs="Times New Roman"/>
        </w:rPr>
        <w:t>M</w:t>
      </w:r>
      <w:r>
        <w:rPr>
          <w:rFonts w:cs="Times New Roman"/>
        </w:rPr>
        <w:t>alkovich</w:t>
      </w:r>
      <w:r>
        <w:rPr>
          <w:rFonts w:cs="Times New Roman"/>
        </w:rPr>
        <w:t>, Johns and Hutchings</w:t>
      </w:r>
      <w:r>
        <w:rPr>
          <w:rFonts w:cs="Times New Roman"/>
        </w:rPr>
        <w:t xml:space="preserve">; Community Development Director, Ted Mickelsen; Code Enforcement Officer, Wayne Frandsen; and Recorder, Jody Stones. </w:t>
      </w:r>
    </w:p>
    <w:p w14:paraId="30AB6209" w14:textId="52E00496" w:rsidR="00E87C6A" w:rsidRDefault="00E87C6A" w:rsidP="00E87C6A">
      <w:pPr>
        <w:rPr>
          <w:rFonts w:cs="Times New Roman"/>
        </w:rPr>
      </w:pPr>
      <w:r w:rsidRPr="00BC031A">
        <w:rPr>
          <w:rFonts w:cs="Times New Roman"/>
          <w:b/>
          <w:bCs/>
        </w:rPr>
        <w:t>Motion</w:t>
      </w:r>
      <w:r>
        <w:rPr>
          <w:rFonts w:cs="Times New Roman"/>
        </w:rPr>
        <w:t xml:space="preserve">: At </w:t>
      </w:r>
      <w:r>
        <w:rPr>
          <w:rFonts w:cs="Times New Roman"/>
        </w:rPr>
        <w:t>9:19</w:t>
      </w:r>
      <w:r>
        <w:rPr>
          <w:rFonts w:cs="Times New Roman"/>
        </w:rPr>
        <w:t xml:space="preserve"> p.m., Council Member </w:t>
      </w:r>
      <w:r>
        <w:rPr>
          <w:rFonts w:cs="Times New Roman"/>
        </w:rPr>
        <w:t>Lunt</w:t>
      </w:r>
      <w:r>
        <w:rPr>
          <w:rFonts w:cs="Times New Roman"/>
        </w:rPr>
        <w:t xml:space="preserve"> moved to return to an Open Session. </w:t>
      </w:r>
    </w:p>
    <w:p w14:paraId="39DCD234" w14:textId="743090BE" w:rsidR="00E87C6A" w:rsidRPr="009177D0" w:rsidRDefault="00E87C6A" w:rsidP="00E87C6A">
      <w:pPr>
        <w:rPr>
          <w:rFonts w:cs="Times New Roman"/>
        </w:rPr>
      </w:pPr>
      <w:r w:rsidRPr="00BC031A">
        <w:rPr>
          <w:rFonts w:cs="Times New Roman"/>
          <w:b/>
          <w:bCs/>
        </w:rPr>
        <w:t>Second</w:t>
      </w:r>
      <w:r w:rsidR="009C667E">
        <w:rPr>
          <w:rFonts w:cs="Times New Roman"/>
          <w:b/>
          <w:bCs/>
        </w:rPr>
        <w:t xml:space="preserve"> by</w:t>
      </w:r>
      <w:r>
        <w:rPr>
          <w:rFonts w:cs="Times New Roman"/>
        </w:rPr>
        <w:t xml:space="preserve">: Council Member </w:t>
      </w:r>
      <w:r>
        <w:rPr>
          <w:rFonts w:cs="Times New Roman"/>
        </w:rPr>
        <w:t>Malkovich</w:t>
      </w:r>
      <w:r>
        <w:rPr>
          <w:rFonts w:cs="Times New Roman"/>
        </w:rPr>
        <w:t xml:space="preserve"> seconded the motion. </w:t>
      </w:r>
    </w:p>
    <w:p w14:paraId="3EF63F8F" w14:textId="77777777" w:rsidR="00E87C6A" w:rsidRPr="00741730" w:rsidRDefault="00E87C6A" w:rsidP="00E87C6A">
      <w:pPr>
        <w:rPr>
          <w:rFonts w:cs="Times New Roman"/>
          <w:b/>
          <w:bCs/>
        </w:rPr>
      </w:pPr>
      <w:r>
        <w:rPr>
          <w:rFonts w:cs="Times New Roman"/>
          <w:b/>
          <w:bCs/>
        </w:rPr>
        <w:t>Roll-call vote</w:t>
      </w:r>
      <w:r w:rsidRPr="00741730">
        <w:rPr>
          <w:rFonts w:cs="Times New Roman"/>
          <w:b/>
          <w:bCs/>
        </w:rPr>
        <w:t>:</w:t>
      </w:r>
      <w:r>
        <w:rPr>
          <w:rFonts w:cs="Times New Roman"/>
          <w:b/>
          <w:bCs/>
        </w:rPr>
        <w:t xml:space="preserve"> Council Members Lunt, Roden, Malkovich, Johns, and Hutchings voted yea.  The motion passed unanimously.</w:t>
      </w:r>
    </w:p>
    <w:p w14:paraId="36146AF0" w14:textId="752CBDD4" w:rsidR="00E87C6A" w:rsidRDefault="00E87C6A" w:rsidP="00E87C6A">
      <w:pPr>
        <w:rPr>
          <w:rFonts w:cs="Times New Roman"/>
        </w:rPr>
      </w:pPr>
      <w:r>
        <w:rPr>
          <w:rFonts w:cs="Times New Roman"/>
        </w:rPr>
        <w:t xml:space="preserve">The council reconvened into an Open Session at </w:t>
      </w:r>
      <w:r>
        <w:rPr>
          <w:rFonts w:cs="Times New Roman"/>
        </w:rPr>
        <w:t>9:20</w:t>
      </w:r>
      <w:r>
        <w:rPr>
          <w:rFonts w:cs="Times New Roman"/>
        </w:rPr>
        <w:t xml:space="preserve"> p.m. </w:t>
      </w:r>
    </w:p>
    <w:p w14:paraId="26577851" w14:textId="77777777" w:rsidR="00E87C6A" w:rsidRDefault="00E87C6A" w:rsidP="00E87C6A">
      <w:pPr>
        <w:rPr>
          <w:rFonts w:cs="Times New Roman"/>
          <w:b/>
          <w:bCs/>
        </w:rPr>
      </w:pPr>
    </w:p>
    <w:p w14:paraId="5D6035FF" w14:textId="0374F648" w:rsidR="00E87C6A" w:rsidRDefault="00E87C6A" w:rsidP="00E87C6A">
      <w:pPr>
        <w:keepNext/>
        <w:spacing w:before="120" w:after="60"/>
        <w:rPr>
          <w:b/>
          <w:u w:val="single"/>
        </w:rPr>
      </w:pPr>
      <w:r>
        <w:rPr>
          <w:b/>
          <w:u w:val="single"/>
        </w:rPr>
        <w:t xml:space="preserve">Adjourn </w:t>
      </w:r>
    </w:p>
    <w:p w14:paraId="083BD836" w14:textId="77777777" w:rsidR="00E87C6A" w:rsidRDefault="00E87C6A" w:rsidP="00E87C6A">
      <w:pPr>
        <w:keepNext/>
        <w:spacing w:before="120" w:after="60"/>
      </w:pPr>
    </w:p>
    <w:p w14:paraId="4A18DA7C" w14:textId="77777777" w:rsidR="00E87C6A" w:rsidRDefault="00E87C6A" w:rsidP="00E87C6A">
      <w:pPr>
        <w:rPr>
          <w:rFonts w:cs="Times New Roman"/>
        </w:rPr>
      </w:pPr>
      <w:r w:rsidRPr="00BC031A">
        <w:rPr>
          <w:rFonts w:cs="Times New Roman"/>
          <w:b/>
          <w:bCs/>
        </w:rPr>
        <w:t>Motion</w:t>
      </w:r>
      <w:r>
        <w:rPr>
          <w:rFonts w:cs="Times New Roman"/>
        </w:rPr>
        <w:t xml:space="preserve">: Council Member Malkovich moved to adjourn the meeting.  </w:t>
      </w:r>
    </w:p>
    <w:p w14:paraId="704D6BAC" w14:textId="5AE76D91" w:rsidR="00E87C6A" w:rsidRPr="009C3EDB" w:rsidRDefault="00E87C6A" w:rsidP="00E87C6A">
      <w:pPr>
        <w:rPr>
          <w:rFonts w:cs="Times New Roman"/>
          <w:b/>
          <w:bCs/>
        </w:rPr>
      </w:pPr>
      <w:r>
        <w:rPr>
          <w:rFonts w:cs="Times New Roman"/>
          <w:b/>
          <w:bCs/>
        </w:rPr>
        <w:t xml:space="preserve">The meeting was adjourned at </w:t>
      </w:r>
      <w:r>
        <w:rPr>
          <w:rFonts w:cs="Times New Roman"/>
          <w:b/>
          <w:bCs/>
        </w:rPr>
        <w:t>9:20</w:t>
      </w:r>
      <w:r>
        <w:rPr>
          <w:rFonts w:cs="Times New Roman"/>
          <w:b/>
          <w:bCs/>
        </w:rPr>
        <w:t xml:space="preserve"> p.m. </w:t>
      </w:r>
    </w:p>
    <w:p w14:paraId="1FCA09C4" w14:textId="77777777" w:rsidR="00E87C6A" w:rsidRDefault="00E87C6A">
      <w:pPr>
        <w:keepNext/>
        <w:spacing w:before="120" w:after="60"/>
        <w:rPr>
          <w:b/>
          <w:u w:val="single"/>
        </w:rPr>
      </w:pPr>
    </w:p>
    <w:p w14:paraId="5E4B6522" w14:textId="77777777" w:rsidR="008D5001" w:rsidRDefault="00C77C07">
      <w:pPr>
        <w:keepNext/>
        <w:spacing w:before="120" w:after="60"/>
      </w:pPr>
      <w:r>
        <w:rPr>
          <w:b/>
          <w:u w:val="single"/>
        </w:rPr>
        <w:t>MINUTES PREPARED BY</w:t>
      </w:r>
    </w:p>
    <w:p w14:paraId="0D73B062" w14:textId="77777777" w:rsidR="008D5001" w:rsidRDefault="00C77C07">
      <w:pPr>
        <w:spacing w:after="40"/>
      </w:pPr>
      <w:r>
        <w:t>Jody Stones, City Recorder</w:t>
      </w:r>
    </w:p>
    <w:p w14:paraId="4C12A81A" w14:textId="77777777" w:rsidR="008D5001" w:rsidRDefault="00C77C07">
      <w:pPr>
        <w:spacing w:after="40"/>
      </w:pPr>
      <w:r>
        <w:t>Approved by the City Council on: ____________________________</w:t>
      </w:r>
    </w:p>
    <w:sectPr w:rsidR="008D5001"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4479795">
    <w:abstractNumId w:val="8"/>
  </w:num>
  <w:num w:numId="2" w16cid:durableId="692802630">
    <w:abstractNumId w:val="6"/>
  </w:num>
  <w:num w:numId="3" w16cid:durableId="1473865282">
    <w:abstractNumId w:val="5"/>
  </w:num>
  <w:num w:numId="4" w16cid:durableId="131943322">
    <w:abstractNumId w:val="4"/>
  </w:num>
  <w:num w:numId="5" w16cid:durableId="1644969459">
    <w:abstractNumId w:val="7"/>
  </w:num>
  <w:num w:numId="6" w16cid:durableId="725643927">
    <w:abstractNumId w:val="3"/>
  </w:num>
  <w:num w:numId="7" w16cid:durableId="317417253">
    <w:abstractNumId w:val="2"/>
  </w:num>
  <w:num w:numId="8" w16cid:durableId="148207323">
    <w:abstractNumId w:val="1"/>
  </w:num>
  <w:num w:numId="9" w16cid:durableId="577592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2C1F"/>
    <w:rsid w:val="008D5001"/>
    <w:rsid w:val="009C667E"/>
    <w:rsid w:val="00AA1D8D"/>
    <w:rsid w:val="00B22BB2"/>
    <w:rsid w:val="00B47730"/>
    <w:rsid w:val="00BB6A14"/>
    <w:rsid w:val="00C77C07"/>
    <w:rsid w:val="00CB0664"/>
    <w:rsid w:val="00DD72B7"/>
    <w:rsid w:val="00E80D04"/>
    <w:rsid w:val="00E87C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5DD86"/>
  <w14:defaultImageDpi w14:val="300"/>
  <w15:docId w15:val="{443271FF-0E2E-4F3E-8F92-65FFF153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Jody Stones</cp:lastModifiedBy>
  <cp:revision>2</cp:revision>
  <dcterms:created xsi:type="dcterms:W3CDTF">2026-09-15T19:17:00Z</dcterms:created>
  <dcterms:modified xsi:type="dcterms:W3CDTF">2026-09-15T19:17:00Z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f5c59154-69b4-4d31-9157-3cefb43509fc</vt:lpwstr>
  </property>
</Properties>
</file>